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52B06" w14:textId="28A21A8B" w:rsidR="00A24940" w:rsidRPr="00720060" w:rsidRDefault="00883B23" w:rsidP="00A71722">
      <w:pPr>
        <w:spacing w:after="240" w:line="259" w:lineRule="auto"/>
        <w:jc w:val="center"/>
        <w:rPr>
          <w:lang w:eastAsia="zh-CN"/>
        </w:rPr>
      </w:pPr>
      <w:r>
        <w:rPr>
          <w:rFonts w:ascii="华文中宋" w:eastAsia="华文中宋" w:hAnsi="华文中宋" w:cs="华文中宋"/>
          <w:b/>
          <w:color w:val="222222"/>
          <w:sz w:val="36"/>
          <w:lang w:eastAsia="zh-CN"/>
        </w:rPr>
        <w:t>第四届全国航海青年学术论坛暨航海与海事领域</w:t>
      </w:r>
      <w:r w:rsidR="004E0A57">
        <w:rPr>
          <w:rFonts w:ascii="华文中宋" w:eastAsia="华文中宋" w:hAnsi="华文中宋" w:cs="华文中宋" w:hint="eastAsia"/>
          <w:b/>
          <w:color w:val="222222"/>
          <w:sz w:val="36"/>
          <w:lang w:eastAsia="zh-CN"/>
        </w:rPr>
        <w:t xml:space="preserve"> </w:t>
      </w:r>
      <w:r w:rsidR="004E0A57">
        <w:rPr>
          <w:rFonts w:ascii="华文中宋" w:eastAsia="华文中宋" w:hAnsi="华文中宋" w:cs="华文中宋"/>
          <w:b/>
          <w:color w:val="222222"/>
          <w:sz w:val="36"/>
          <w:lang w:eastAsia="zh-CN"/>
        </w:rPr>
        <w:t xml:space="preserve">   </w:t>
      </w:r>
      <w:r>
        <w:rPr>
          <w:rFonts w:ascii="华文中宋" w:eastAsia="华文中宋" w:hAnsi="华文中宋" w:cs="华文中宋"/>
          <w:b/>
          <w:color w:val="222222"/>
          <w:sz w:val="36"/>
          <w:lang w:eastAsia="zh-CN"/>
        </w:rPr>
        <w:t>国家自然科学基金项目进展交流会</w:t>
      </w:r>
      <w:r w:rsidRPr="001660EC">
        <w:rPr>
          <w:rFonts w:ascii="华文中宋" w:eastAsia="华文中宋" w:hAnsi="华文中宋" w:cs="华文中宋"/>
          <w:b/>
          <w:color w:val="222222"/>
          <w:sz w:val="36"/>
          <w:lang w:eastAsia="zh-CN"/>
        </w:rPr>
        <w:t>预报名表</w:t>
      </w:r>
    </w:p>
    <w:tbl>
      <w:tblPr>
        <w:tblW w:w="849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394"/>
        <w:gridCol w:w="1575"/>
        <w:gridCol w:w="2693"/>
      </w:tblGrid>
      <w:tr w:rsidR="00C778B5" w14:paraId="2378EFE6" w14:textId="77777777" w:rsidTr="00A71722">
        <w:trPr>
          <w:trHeight w:val="5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99BC0" w14:textId="751E7555" w:rsidR="00C778B5" w:rsidRPr="00FF22BC" w:rsidRDefault="00C778B5" w:rsidP="00C778B5">
            <w:pPr>
              <w:jc w:val="center"/>
              <w:rPr>
                <w:sz w:val="30"/>
                <w:szCs w:val="30"/>
              </w:rPr>
            </w:pPr>
            <w:proofErr w:type="gramStart"/>
            <w:r w:rsidRPr="00FF22BC">
              <w:rPr>
                <w:rFonts w:cs="黑体"/>
                <w:color w:val="222222"/>
                <w:sz w:val="30"/>
                <w:szCs w:val="30"/>
              </w:rPr>
              <w:t>姓</w:t>
            </w:r>
            <w:r w:rsidR="00071556"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 xml:space="preserve">  </w:t>
            </w:r>
            <w:r w:rsidRPr="00FF22BC">
              <w:rPr>
                <w:rFonts w:cs="黑体"/>
                <w:color w:val="222222"/>
                <w:sz w:val="30"/>
                <w:szCs w:val="30"/>
              </w:rPr>
              <w:t>名</w:t>
            </w:r>
            <w:proofErr w:type="gramEnd"/>
          </w:p>
        </w:tc>
        <w:tc>
          <w:tcPr>
            <w:tcW w:w="2394" w:type="dxa"/>
            <w:vAlign w:val="center"/>
          </w:tcPr>
          <w:p w14:paraId="7BFD680B" w14:textId="27FAA83C" w:rsidR="00C778B5" w:rsidRPr="00FF22BC" w:rsidRDefault="00C778B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882D4B" w14:textId="56C4E073" w:rsidR="00C778B5" w:rsidRPr="00FF22BC" w:rsidRDefault="00C778B5" w:rsidP="00C778B5">
            <w:pPr>
              <w:jc w:val="center"/>
              <w:rPr>
                <w:sz w:val="30"/>
                <w:szCs w:val="30"/>
              </w:rPr>
            </w:pPr>
            <w:proofErr w:type="gramStart"/>
            <w:r w:rsidRPr="00FF22BC">
              <w:rPr>
                <w:rFonts w:cs="黑体"/>
                <w:color w:val="222222"/>
                <w:sz w:val="30"/>
                <w:szCs w:val="30"/>
              </w:rPr>
              <w:t>性</w:t>
            </w:r>
            <w:r w:rsidR="00071556"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 xml:space="preserve"> </w:t>
            </w:r>
            <w:r w:rsidR="00FF22BC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 xml:space="preserve"> </w:t>
            </w:r>
            <w:r w:rsidRPr="00FF22BC">
              <w:rPr>
                <w:rFonts w:cs="黑体"/>
                <w:color w:val="222222"/>
                <w:sz w:val="30"/>
                <w:szCs w:val="30"/>
              </w:rPr>
              <w:t>别</w:t>
            </w:r>
            <w:proofErr w:type="gramEnd"/>
          </w:p>
        </w:tc>
        <w:tc>
          <w:tcPr>
            <w:tcW w:w="2693" w:type="dxa"/>
            <w:vAlign w:val="center"/>
          </w:tcPr>
          <w:p w14:paraId="438D6C1A" w14:textId="533F5AB8" w:rsidR="00C778B5" w:rsidRPr="00FF22BC" w:rsidRDefault="00C778B5" w:rsidP="00C778B5">
            <w:pPr>
              <w:jc w:val="center"/>
              <w:rPr>
                <w:sz w:val="30"/>
                <w:szCs w:val="30"/>
              </w:rPr>
            </w:pPr>
          </w:p>
        </w:tc>
      </w:tr>
      <w:tr w:rsidR="00A24940" w14:paraId="5315C391" w14:textId="77777777" w:rsidTr="00A71722">
        <w:trPr>
          <w:trHeight w:val="5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9804D9" w14:textId="5955664B" w:rsidR="00A24940" w:rsidRPr="00FF22BC" w:rsidRDefault="00B90B49" w:rsidP="00FF22BC">
            <w:pPr>
              <w:jc w:val="center"/>
              <w:rPr>
                <w:rFonts w:cs="黑体"/>
                <w:color w:val="222222"/>
                <w:sz w:val="30"/>
                <w:szCs w:val="30"/>
                <w:lang w:eastAsia="zh-CN"/>
              </w:rPr>
            </w:pPr>
            <w:r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工作</w:t>
            </w:r>
            <w:proofErr w:type="spellStart"/>
            <w:r w:rsidR="00883B23" w:rsidRPr="00FF22BC">
              <w:rPr>
                <w:rFonts w:cs="黑体"/>
                <w:color w:val="222222"/>
                <w:sz w:val="30"/>
                <w:szCs w:val="30"/>
              </w:rPr>
              <w:t>单位</w:t>
            </w:r>
            <w:proofErr w:type="spellEnd"/>
          </w:p>
        </w:tc>
        <w:tc>
          <w:tcPr>
            <w:tcW w:w="23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EDECF" w14:textId="77777777" w:rsidR="00A24940" w:rsidRPr="00FF22BC" w:rsidRDefault="00A24940" w:rsidP="00C778B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B68D48" w14:textId="0BAEA1DC" w:rsidR="00A24940" w:rsidRPr="00FF22BC" w:rsidRDefault="00883B23">
            <w:pPr>
              <w:jc w:val="center"/>
              <w:rPr>
                <w:sz w:val="30"/>
                <w:szCs w:val="30"/>
                <w:lang w:eastAsia="zh-CN"/>
              </w:rPr>
            </w:pPr>
            <w:proofErr w:type="gramStart"/>
            <w:r w:rsidRPr="00FF22BC">
              <w:rPr>
                <w:rFonts w:cs="黑体"/>
                <w:color w:val="222222"/>
                <w:sz w:val="30"/>
                <w:szCs w:val="30"/>
              </w:rPr>
              <w:t>职</w:t>
            </w:r>
            <w:r w:rsidR="00FF22BC"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 xml:space="preserve"> </w:t>
            </w:r>
            <w:r w:rsidR="0064415C">
              <w:rPr>
                <w:rFonts w:cs="黑体"/>
                <w:color w:val="222222"/>
                <w:sz w:val="30"/>
                <w:szCs w:val="30"/>
                <w:lang w:eastAsia="zh-CN"/>
              </w:rPr>
              <w:t xml:space="preserve"> </w:t>
            </w:r>
            <w:r w:rsidRPr="00FF22BC">
              <w:rPr>
                <w:rFonts w:cs="黑体"/>
                <w:color w:val="222222"/>
                <w:sz w:val="30"/>
                <w:szCs w:val="30"/>
              </w:rPr>
              <w:t>称</w:t>
            </w:r>
            <w:proofErr w:type="gramEnd"/>
          </w:p>
        </w:tc>
        <w:tc>
          <w:tcPr>
            <w:tcW w:w="269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56D428" w14:textId="77777777" w:rsidR="00A24940" w:rsidRPr="00FF22BC" w:rsidRDefault="00A24940" w:rsidP="00C778B5">
            <w:pPr>
              <w:jc w:val="center"/>
              <w:rPr>
                <w:sz w:val="30"/>
                <w:szCs w:val="30"/>
              </w:rPr>
            </w:pPr>
          </w:p>
        </w:tc>
      </w:tr>
      <w:tr w:rsidR="00B90B49" w14:paraId="53145A1D" w14:textId="77777777" w:rsidTr="00A71722">
        <w:trPr>
          <w:trHeight w:val="5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6DBDAD" w14:textId="0A0BD05D" w:rsidR="00B90B49" w:rsidRDefault="0064415C" w:rsidP="00FF22BC">
            <w:pPr>
              <w:jc w:val="center"/>
              <w:rPr>
                <w:rFonts w:cs="黑体"/>
                <w:color w:val="222222"/>
                <w:sz w:val="30"/>
                <w:szCs w:val="30"/>
                <w:lang w:eastAsia="zh-CN"/>
              </w:rPr>
            </w:pPr>
            <w:r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 xml:space="preserve">职 </w:t>
            </w:r>
            <w:r>
              <w:rPr>
                <w:rFonts w:cs="黑体"/>
                <w:color w:val="222222"/>
                <w:sz w:val="30"/>
                <w:szCs w:val="30"/>
                <w:lang w:eastAsia="zh-CN"/>
              </w:rPr>
              <w:t xml:space="preserve"> </w:t>
            </w:r>
            <w:proofErr w:type="gramStart"/>
            <w:r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务</w:t>
            </w:r>
            <w:proofErr w:type="gramEnd"/>
          </w:p>
        </w:tc>
        <w:tc>
          <w:tcPr>
            <w:tcW w:w="239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12492C" w14:textId="77777777" w:rsidR="00B90B49" w:rsidRPr="00FF22BC" w:rsidRDefault="00B90B49" w:rsidP="00C778B5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8E0716" w14:textId="1CD2E061" w:rsidR="00B90B49" w:rsidRPr="00FF22BC" w:rsidRDefault="0064415C">
            <w:pPr>
              <w:jc w:val="center"/>
              <w:rPr>
                <w:rFonts w:cs="黑体"/>
                <w:color w:val="222222"/>
                <w:sz w:val="30"/>
                <w:szCs w:val="30"/>
              </w:rPr>
            </w:pP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手机号码</w:t>
            </w:r>
          </w:p>
        </w:tc>
        <w:tc>
          <w:tcPr>
            <w:tcW w:w="269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2A944" w14:textId="77777777" w:rsidR="00B90B49" w:rsidRPr="00FF22BC" w:rsidRDefault="00B90B49" w:rsidP="00C778B5">
            <w:pPr>
              <w:jc w:val="center"/>
              <w:rPr>
                <w:sz w:val="30"/>
                <w:szCs w:val="30"/>
              </w:rPr>
            </w:pPr>
          </w:p>
        </w:tc>
      </w:tr>
      <w:tr w:rsidR="004F29A7" w14:paraId="2FB613CB" w14:textId="77777777" w:rsidTr="00A71722">
        <w:trPr>
          <w:trHeight w:val="5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3E3B88" w14:textId="412A37E2" w:rsidR="004F29A7" w:rsidRPr="00FF22BC" w:rsidRDefault="004F29A7" w:rsidP="00FC540B">
            <w:pPr>
              <w:jc w:val="center"/>
              <w:rPr>
                <w:rFonts w:cs="黑体"/>
                <w:color w:val="222222"/>
                <w:sz w:val="30"/>
                <w:szCs w:val="30"/>
              </w:rPr>
            </w:pP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电子邮箱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041C14" w14:textId="77777777" w:rsidR="004F29A7" w:rsidRPr="00FF22BC" w:rsidRDefault="004F29A7" w:rsidP="00FC540B">
            <w:pPr>
              <w:jc w:val="center"/>
              <w:rPr>
                <w:sz w:val="30"/>
                <w:szCs w:val="30"/>
              </w:rPr>
            </w:pPr>
          </w:p>
        </w:tc>
      </w:tr>
      <w:tr w:rsidR="00FC540B" w14:paraId="5C660E57" w14:textId="77777777" w:rsidTr="00A71722">
        <w:trPr>
          <w:trHeight w:val="5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FC84FF" w14:textId="61071377" w:rsidR="00FC540B" w:rsidRPr="00FF22BC" w:rsidRDefault="00FC540B" w:rsidP="00FC540B">
            <w:pPr>
              <w:jc w:val="center"/>
              <w:rPr>
                <w:sz w:val="30"/>
                <w:szCs w:val="30"/>
              </w:rPr>
            </w:pP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研究方向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86CCA7" w14:textId="77777777" w:rsidR="00FC540B" w:rsidRPr="00FF22BC" w:rsidRDefault="00FC540B" w:rsidP="00FC540B">
            <w:pPr>
              <w:rPr>
                <w:sz w:val="30"/>
                <w:szCs w:val="30"/>
              </w:rPr>
            </w:pPr>
          </w:p>
        </w:tc>
      </w:tr>
      <w:tr w:rsidR="00FC540B" w14:paraId="19894A66" w14:textId="77777777" w:rsidTr="00A71722">
        <w:trPr>
          <w:trHeight w:val="2087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0FA1E" w14:textId="13BD5CC8" w:rsidR="00FC540B" w:rsidRPr="00FF22BC" w:rsidRDefault="00AB3CAD" w:rsidP="00FC540B">
            <w:pPr>
              <w:jc w:val="center"/>
              <w:rPr>
                <w:sz w:val="30"/>
                <w:szCs w:val="30"/>
                <w:lang w:eastAsia="zh-CN"/>
              </w:rPr>
            </w:pPr>
            <w:r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科研基本</w:t>
            </w:r>
            <w:r w:rsidR="00FC540B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>情况（</w:t>
            </w:r>
            <w:proofErr w:type="gramStart"/>
            <w:r w:rsidR="00FC540B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>含主持</w:t>
            </w:r>
            <w:proofErr w:type="gramEnd"/>
            <w:r w:rsidR="00FC540B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科研</w:t>
            </w:r>
            <w:r w:rsidR="00FC540B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>项目</w:t>
            </w:r>
            <w:r w:rsidR="00FC540B"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、</w:t>
            </w:r>
            <w:r w:rsidR="00FC540B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>代表性</w:t>
            </w:r>
            <w:r w:rsidR="00EC4D67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科研</w:t>
            </w:r>
            <w:r w:rsidR="00FC540B" w:rsidRPr="00FF22BC">
              <w:rPr>
                <w:rFonts w:cs="黑体"/>
                <w:color w:val="222222"/>
                <w:sz w:val="30"/>
                <w:szCs w:val="30"/>
                <w:lang w:eastAsia="zh-CN"/>
              </w:rPr>
              <w:t>成果等）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C83AED" w14:textId="77777777" w:rsidR="00FC540B" w:rsidRPr="00FF22BC" w:rsidRDefault="00FC540B" w:rsidP="00FC540B">
            <w:pPr>
              <w:rPr>
                <w:sz w:val="30"/>
                <w:szCs w:val="30"/>
                <w:lang w:eastAsia="zh-CN"/>
              </w:rPr>
            </w:pPr>
          </w:p>
        </w:tc>
      </w:tr>
      <w:tr w:rsidR="00FC540B" w14:paraId="44CBE611" w14:textId="77777777" w:rsidTr="00A71722">
        <w:trPr>
          <w:trHeight w:val="81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F7FCA7" w14:textId="7C92D275" w:rsidR="00FC540B" w:rsidRPr="00FF22BC" w:rsidRDefault="00FC540B" w:rsidP="00FC540B">
            <w:pPr>
              <w:jc w:val="center"/>
              <w:rPr>
                <w:sz w:val="30"/>
                <w:szCs w:val="30"/>
              </w:rPr>
            </w:pP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交流类别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B5B18F" w14:textId="45BA6EB3" w:rsidR="00FC540B" w:rsidRDefault="00FC540B" w:rsidP="00FC540B">
            <w:pPr>
              <w:rPr>
                <w:rFonts w:cs="宋体"/>
                <w:color w:val="222222"/>
                <w:sz w:val="30"/>
                <w:szCs w:val="30"/>
                <w:lang w:eastAsia="zh-CN"/>
              </w:rPr>
            </w:pPr>
            <w:r w:rsidRPr="00FF22BC">
              <w:rPr>
                <w:rFonts w:cs="宋体"/>
                <w:color w:val="222222"/>
                <w:sz w:val="30"/>
                <w:szCs w:val="30"/>
                <w:lang w:eastAsia="zh-CN"/>
              </w:rPr>
              <w:t>□基金项目进展交流</w:t>
            </w:r>
            <w:r w:rsidR="00381FC5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（</w:t>
            </w:r>
            <w:r w:rsidR="00154AE3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根据</w:t>
            </w:r>
            <w:r w:rsidR="00642FB4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基金委</w:t>
            </w:r>
            <w:r w:rsidR="00154AE3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安排</w:t>
            </w:r>
            <w:r w:rsidR="00381FC5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）</w:t>
            </w:r>
          </w:p>
          <w:p w14:paraId="0F0FC66C" w14:textId="77777777" w:rsidR="00FC540B" w:rsidRDefault="00FC540B" w:rsidP="00FC540B">
            <w:pPr>
              <w:rPr>
                <w:rFonts w:cs="宋体"/>
                <w:color w:val="222222"/>
                <w:sz w:val="30"/>
                <w:szCs w:val="30"/>
                <w:lang w:eastAsia="zh-CN"/>
              </w:rPr>
            </w:pPr>
            <w:r w:rsidRPr="00FF22BC">
              <w:rPr>
                <w:rFonts w:cs="宋体"/>
                <w:color w:val="222222"/>
                <w:sz w:val="30"/>
                <w:szCs w:val="30"/>
                <w:lang w:eastAsia="zh-CN"/>
              </w:rPr>
              <w:t>□青年学术报告</w:t>
            </w:r>
            <w:r w:rsidRPr="00FF22BC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 xml:space="preserve"> </w:t>
            </w:r>
            <w:r w:rsidRPr="00FF22BC">
              <w:rPr>
                <w:rFonts w:cs="宋体"/>
                <w:color w:val="222222"/>
                <w:sz w:val="30"/>
                <w:szCs w:val="30"/>
                <w:lang w:eastAsia="zh-CN"/>
              </w:rPr>
              <w:t xml:space="preserve"> </w:t>
            </w:r>
            <w:r w:rsidRPr="00FF22BC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 xml:space="preserve"> </w:t>
            </w:r>
          </w:p>
          <w:p w14:paraId="42CCC5C5" w14:textId="434A2B35" w:rsidR="00FC540B" w:rsidRPr="00FF22BC" w:rsidRDefault="00FC540B" w:rsidP="00FC540B">
            <w:pPr>
              <w:rPr>
                <w:sz w:val="30"/>
                <w:szCs w:val="30"/>
                <w:lang w:eastAsia="zh-CN"/>
              </w:rPr>
            </w:pPr>
            <w:r w:rsidRPr="00FF22BC">
              <w:rPr>
                <w:rFonts w:cs="宋体"/>
                <w:color w:val="222222"/>
                <w:sz w:val="30"/>
                <w:szCs w:val="30"/>
                <w:lang w:eastAsia="zh-CN"/>
              </w:rPr>
              <w:t>□仅参会</w:t>
            </w:r>
            <w:r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（选此项者，无需填写下</w:t>
            </w:r>
            <w:r w:rsidR="00642FB4"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面</w:t>
            </w:r>
            <w:r>
              <w:rPr>
                <w:rFonts w:cs="宋体" w:hint="eastAsia"/>
                <w:color w:val="222222"/>
                <w:sz w:val="30"/>
                <w:szCs w:val="30"/>
                <w:lang w:eastAsia="zh-CN"/>
              </w:rPr>
              <w:t>两栏）</w:t>
            </w:r>
          </w:p>
        </w:tc>
      </w:tr>
      <w:tr w:rsidR="00FC540B" w14:paraId="1C5A34E6" w14:textId="77777777" w:rsidTr="00A71722">
        <w:trPr>
          <w:trHeight w:val="640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2B500" w14:textId="089DE952" w:rsidR="00FC540B" w:rsidRPr="00FF22BC" w:rsidRDefault="00FC540B" w:rsidP="00FC540B">
            <w:pPr>
              <w:jc w:val="center"/>
              <w:rPr>
                <w:rFonts w:cs="黑体"/>
                <w:color w:val="222222"/>
                <w:sz w:val="30"/>
                <w:szCs w:val="30"/>
              </w:rPr>
            </w:pP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报告题目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4E9294" w14:textId="1CB348D3" w:rsidR="00FC540B" w:rsidRPr="00FF22BC" w:rsidRDefault="00FC540B" w:rsidP="00FC540B">
            <w:pPr>
              <w:rPr>
                <w:sz w:val="30"/>
                <w:szCs w:val="30"/>
                <w:lang w:eastAsia="zh-CN"/>
              </w:rPr>
            </w:pPr>
          </w:p>
        </w:tc>
      </w:tr>
      <w:tr w:rsidR="00FC540B" w14:paraId="27609289" w14:textId="77777777" w:rsidTr="00A71722">
        <w:trPr>
          <w:trHeight w:val="1864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02CBE6" w14:textId="3E32BF6A" w:rsidR="00FC540B" w:rsidRPr="00FF22BC" w:rsidRDefault="00FC540B" w:rsidP="00FC540B">
            <w:pPr>
              <w:jc w:val="center"/>
              <w:rPr>
                <w:rFonts w:cs="黑体"/>
                <w:color w:val="222222"/>
                <w:sz w:val="30"/>
                <w:szCs w:val="30"/>
                <w:lang w:eastAsia="zh-CN"/>
              </w:rPr>
            </w:pPr>
            <w:r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>内容摘要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54F5A6" w14:textId="24FD91E2" w:rsidR="00FC540B" w:rsidRPr="00FF22BC" w:rsidRDefault="00FC540B" w:rsidP="00FC540B">
            <w:pPr>
              <w:rPr>
                <w:sz w:val="30"/>
                <w:szCs w:val="30"/>
                <w:lang w:eastAsia="zh-CN"/>
              </w:rPr>
            </w:pPr>
          </w:p>
        </w:tc>
      </w:tr>
      <w:tr w:rsidR="00FC540B" w14:paraId="4F38D5BB" w14:textId="77777777" w:rsidTr="00A71722">
        <w:trPr>
          <w:trHeight w:val="567"/>
          <w:jc w:val="center"/>
        </w:trPr>
        <w:tc>
          <w:tcPr>
            <w:tcW w:w="1833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A6D17" w14:textId="10FA9F8C" w:rsidR="00FC540B" w:rsidRPr="00FF22BC" w:rsidRDefault="00FC540B" w:rsidP="00FC540B">
            <w:pPr>
              <w:jc w:val="center"/>
              <w:rPr>
                <w:sz w:val="30"/>
                <w:szCs w:val="30"/>
              </w:rPr>
            </w:pPr>
            <w:r w:rsidRPr="00FF22BC">
              <w:rPr>
                <w:rFonts w:cs="黑体"/>
                <w:color w:val="222222"/>
                <w:sz w:val="30"/>
                <w:szCs w:val="30"/>
              </w:rPr>
              <w:t>备</w:t>
            </w:r>
            <w:r w:rsidRPr="00FF22BC">
              <w:rPr>
                <w:rFonts w:cs="黑体" w:hint="eastAsia"/>
                <w:color w:val="222222"/>
                <w:sz w:val="30"/>
                <w:szCs w:val="30"/>
                <w:lang w:eastAsia="zh-CN"/>
              </w:rPr>
              <w:t xml:space="preserve">    </w:t>
            </w:r>
            <w:r w:rsidRPr="00FF22BC">
              <w:rPr>
                <w:rFonts w:cs="黑体"/>
                <w:color w:val="222222"/>
                <w:sz w:val="30"/>
                <w:szCs w:val="30"/>
              </w:rPr>
              <w:t>注</w:t>
            </w:r>
          </w:p>
        </w:tc>
        <w:tc>
          <w:tcPr>
            <w:tcW w:w="6662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7C68C" w14:textId="77777777" w:rsidR="00FC540B" w:rsidRPr="00FF22BC" w:rsidRDefault="00FC540B" w:rsidP="00FC540B">
            <w:pPr>
              <w:rPr>
                <w:sz w:val="30"/>
                <w:szCs w:val="30"/>
              </w:rPr>
            </w:pPr>
          </w:p>
        </w:tc>
      </w:tr>
    </w:tbl>
    <w:p w14:paraId="526C3DDA" w14:textId="5469CE1D" w:rsidR="00A24940" w:rsidRPr="00FC540B" w:rsidRDefault="00883B23" w:rsidP="007418FD">
      <w:pPr>
        <w:spacing w:before="140" w:line="276" w:lineRule="auto"/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</w:pP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提交说明：</w:t>
      </w:r>
      <w:r w:rsidR="00C778B5"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请在交流类别相应选项前的方框内打</w:t>
      </w:r>
      <w:r w:rsidR="00C778B5"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“√”</w:t>
      </w:r>
      <w:r w:rsidR="00C778B5"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。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填写完成后，请将文件重命名为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“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预报名表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-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姓名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-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单位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.docx”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，发送至</w:t>
      </w:r>
      <w:r w:rsidR="007418FD">
        <w:rPr>
          <w:rFonts w:ascii="Times New Roman" w:eastAsia="仿宋" w:hAnsi="Times New Roman" w:cs="Times New Roman" w:hint="eastAsia"/>
          <w:color w:val="555555"/>
          <w:sz w:val="28"/>
          <w:szCs w:val="28"/>
          <w:lang w:eastAsia="zh-CN"/>
        </w:rPr>
        <w:t>指定电子</w:t>
      </w:r>
      <w:r w:rsidR="00856ECA"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邮箱：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hanghai@whut.edu.cn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。联系人：陈老师，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15971435454</w:t>
      </w:r>
      <w:r w:rsidRPr="00FC540B">
        <w:rPr>
          <w:rFonts w:ascii="Times New Roman" w:eastAsia="仿宋" w:hAnsi="Times New Roman" w:cs="Times New Roman"/>
          <w:color w:val="555555"/>
          <w:sz w:val="28"/>
          <w:szCs w:val="28"/>
          <w:lang w:eastAsia="zh-CN"/>
        </w:rPr>
        <w:t>。</w:t>
      </w:r>
    </w:p>
    <w:sectPr w:rsidR="00A24940" w:rsidRPr="00FC540B" w:rsidSect="00D2247A">
      <w:pgSz w:w="11906" w:h="16838"/>
      <w:pgMar w:top="1276" w:right="1800" w:bottom="1276" w:left="180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9FE54" w14:textId="77777777" w:rsidR="00CF7898" w:rsidRDefault="00CF7898" w:rsidP="00FF22BC">
      <w:pPr>
        <w:spacing w:line="240" w:lineRule="auto"/>
      </w:pPr>
      <w:r>
        <w:separator/>
      </w:r>
    </w:p>
  </w:endnote>
  <w:endnote w:type="continuationSeparator" w:id="0">
    <w:p w14:paraId="3A366D5F" w14:textId="77777777" w:rsidR="00CF7898" w:rsidRDefault="00CF7898" w:rsidP="00FF2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0EBFC" w14:textId="77777777" w:rsidR="00CF7898" w:rsidRDefault="00CF7898" w:rsidP="00FF22BC">
      <w:pPr>
        <w:spacing w:line="240" w:lineRule="auto"/>
      </w:pPr>
      <w:r>
        <w:separator/>
      </w:r>
    </w:p>
  </w:footnote>
  <w:footnote w:type="continuationSeparator" w:id="0">
    <w:p w14:paraId="5EFC6145" w14:textId="77777777" w:rsidR="00CF7898" w:rsidRDefault="00CF7898" w:rsidP="00FF22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556"/>
    <w:rsid w:val="000C2024"/>
    <w:rsid w:val="0015074B"/>
    <w:rsid w:val="00154AE3"/>
    <w:rsid w:val="00165334"/>
    <w:rsid w:val="001660EC"/>
    <w:rsid w:val="001B6205"/>
    <w:rsid w:val="00217113"/>
    <w:rsid w:val="0029639D"/>
    <w:rsid w:val="0030495A"/>
    <w:rsid w:val="00326F90"/>
    <w:rsid w:val="00381FC5"/>
    <w:rsid w:val="003E6D12"/>
    <w:rsid w:val="004E0A57"/>
    <w:rsid w:val="004F29A7"/>
    <w:rsid w:val="005E7DDE"/>
    <w:rsid w:val="00642FB4"/>
    <w:rsid w:val="0064415C"/>
    <w:rsid w:val="006C76EC"/>
    <w:rsid w:val="00720060"/>
    <w:rsid w:val="007418FD"/>
    <w:rsid w:val="007D49C1"/>
    <w:rsid w:val="00856ECA"/>
    <w:rsid w:val="00883B23"/>
    <w:rsid w:val="008B1E3F"/>
    <w:rsid w:val="008D5DA4"/>
    <w:rsid w:val="00981596"/>
    <w:rsid w:val="00990472"/>
    <w:rsid w:val="00A24940"/>
    <w:rsid w:val="00A71722"/>
    <w:rsid w:val="00A721DB"/>
    <w:rsid w:val="00A743AF"/>
    <w:rsid w:val="00AA1D8D"/>
    <w:rsid w:val="00AB3CAD"/>
    <w:rsid w:val="00B47730"/>
    <w:rsid w:val="00B90B49"/>
    <w:rsid w:val="00BC04B0"/>
    <w:rsid w:val="00C415A4"/>
    <w:rsid w:val="00C778B5"/>
    <w:rsid w:val="00CA12BC"/>
    <w:rsid w:val="00CB0664"/>
    <w:rsid w:val="00CE4F21"/>
    <w:rsid w:val="00CF7898"/>
    <w:rsid w:val="00D05B19"/>
    <w:rsid w:val="00D2247A"/>
    <w:rsid w:val="00DA20CB"/>
    <w:rsid w:val="00E90268"/>
    <w:rsid w:val="00EC4D67"/>
    <w:rsid w:val="00FC540B"/>
    <w:rsid w:val="00FC693F"/>
    <w:rsid w:val="00FF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4062061"/>
  <w14:defaultImageDpi w14:val="330"/>
  <w15:docId w15:val="{B86266C6-83F5-4C86-B77A-145083DD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64" w:lineRule="auto"/>
    </w:pPr>
    <w:rPr>
      <w:rFonts w:ascii="宋体" w:eastAsia="宋体" w:hAnsi="宋体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9">
    <w:name w:val="annotation reference"/>
    <w:basedOn w:val="a2"/>
    <w:uiPriority w:val="99"/>
    <w:semiHidden/>
    <w:unhideWhenUsed/>
    <w:rsid w:val="00FF22BC"/>
    <w:rPr>
      <w:sz w:val="21"/>
      <w:szCs w:val="21"/>
    </w:rPr>
  </w:style>
  <w:style w:type="paragraph" w:styleId="affa">
    <w:name w:val="annotation text"/>
    <w:basedOn w:val="a1"/>
    <w:link w:val="affb"/>
    <w:uiPriority w:val="99"/>
    <w:semiHidden/>
    <w:unhideWhenUsed/>
    <w:rsid w:val="00FF22BC"/>
  </w:style>
  <w:style w:type="character" w:customStyle="1" w:styleId="affb">
    <w:name w:val="批注文字 字符"/>
    <w:basedOn w:val="a2"/>
    <w:link w:val="affa"/>
    <w:uiPriority w:val="99"/>
    <w:semiHidden/>
    <w:rsid w:val="00FF22BC"/>
    <w:rPr>
      <w:rFonts w:ascii="宋体" w:eastAsia="宋体" w:hAnsi="宋体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FF22BC"/>
    <w:rPr>
      <w:b/>
      <w:bCs/>
    </w:rPr>
  </w:style>
  <w:style w:type="character" w:customStyle="1" w:styleId="affd">
    <w:name w:val="批注主题 字符"/>
    <w:basedOn w:val="affb"/>
    <w:link w:val="affc"/>
    <w:uiPriority w:val="99"/>
    <w:semiHidden/>
    <w:rsid w:val="00FF22BC"/>
    <w:rPr>
      <w:rFonts w:ascii="宋体" w:eastAsia="宋体" w:hAnsi="宋体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168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第四届全国航海青年学术论坛个人预报名表</dc:title>
  <dc:subject>个人预报名</dc:subject>
  <dc:creator>Chen Mozi</dc:creator>
  <cp:keywords/>
  <dc:description>generated by python-docx</dc:description>
  <cp:lastModifiedBy>克中 刘</cp:lastModifiedBy>
  <cp:revision>26</cp:revision>
  <cp:lastPrinted>2026-09-01T08:51:00Z</cp:lastPrinted>
  <dcterms:created xsi:type="dcterms:W3CDTF">2026-08-31T14:17:00Z</dcterms:created>
  <dcterms:modified xsi:type="dcterms:W3CDTF">2026-09-01T08:53:00Z</dcterms:modified>
  <cp:category/>
</cp:coreProperties>
</file>